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990E1" w14:textId="77777777" w:rsidR="00974261" w:rsidRDefault="00974261" w:rsidP="00974261">
      <w:pPr>
        <w:jc w:val="center"/>
        <w:rPr>
          <w:b/>
          <w:bCs/>
          <w:noProof/>
          <w:sz w:val="28"/>
          <w:lang w:val="tr-TR"/>
        </w:rPr>
      </w:pPr>
    </w:p>
    <w:p w14:paraId="7570EB0C" w14:textId="77777777" w:rsidR="00974261" w:rsidRDefault="00974261" w:rsidP="00974261">
      <w:pPr>
        <w:jc w:val="center"/>
        <w:rPr>
          <w:b/>
          <w:bCs/>
          <w:noProof/>
          <w:sz w:val="28"/>
          <w:lang w:val="tr-TR"/>
        </w:rPr>
      </w:pPr>
    </w:p>
    <w:p w14:paraId="4441FFB5" w14:textId="6D97D91C" w:rsidR="00974261" w:rsidRPr="00974261" w:rsidRDefault="00974261" w:rsidP="00974261">
      <w:pPr>
        <w:jc w:val="center"/>
        <w:rPr>
          <w:b/>
          <w:noProof/>
          <w:sz w:val="28"/>
          <w:lang w:val="tr-TR"/>
        </w:rPr>
      </w:pPr>
      <w:r w:rsidRPr="00974261">
        <w:rPr>
          <w:b/>
          <w:bCs/>
          <w:noProof/>
          <w:sz w:val="28"/>
          <w:lang w:val="tr-TR"/>
        </w:rPr>
        <w:t>AHMET YESEVİ ÜNİVERSİTESİ REKTÖRLÜĞÜNE</w:t>
      </w:r>
    </w:p>
    <w:p w14:paraId="32FBAE6D" w14:textId="01A0A020" w:rsidR="00974261" w:rsidRPr="00974261" w:rsidRDefault="00974261" w:rsidP="00974261">
      <w:pPr>
        <w:ind w:firstLine="720"/>
        <w:jc w:val="both"/>
        <w:rPr>
          <w:bCs/>
          <w:noProof/>
          <w:sz w:val="28"/>
          <w:lang w:val="tr-TR"/>
        </w:rPr>
      </w:pPr>
      <w:r w:rsidRPr="00974261">
        <w:rPr>
          <w:bCs/>
          <w:noProof/>
          <w:sz w:val="28"/>
          <w:lang w:val="tr-TR"/>
        </w:rPr>
        <w:t>2026-2027 Akademik Yılında Ahmet Yesevi Üniversitesinin aşağıdabelirtilen bölümünde eğitim göreceğim.</w:t>
      </w:r>
    </w:p>
    <w:p w14:paraId="7C5F661C" w14:textId="77777777" w:rsidR="00974261" w:rsidRDefault="00974261" w:rsidP="00974261">
      <w:pPr>
        <w:ind w:firstLine="720"/>
        <w:jc w:val="both"/>
        <w:rPr>
          <w:bCs/>
          <w:noProof/>
          <w:sz w:val="28"/>
          <w:lang w:val="tr-TR"/>
        </w:rPr>
      </w:pPr>
      <w:r w:rsidRPr="00974261">
        <w:rPr>
          <w:bCs/>
          <w:noProof/>
          <w:sz w:val="28"/>
          <w:lang w:val="tr-TR"/>
        </w:rPr>
        <w:t>Kazakistan Cumhuriyeti öğrenci vizesi başvuru işlemlerinde kullanılmak üzere gerekli olan resmî vize davetiyesinin düzenlenerek tarafıma gönderilmesini arz ederim.</w:t>
      </w:r>
    </w:p>
    <w:p w14:paraId="0AAFBC87" w14:textId="77777777" w:rsidR="00974261" w:rsidRPr="00974261" w:rsidRDefault="00974261" w:rsidP="00974261">
      <w:pPr>
        <w:ind w:firstLine="720"/>
        <w:jc w:val="both"/>
        <w:rPr>
          <w:bCs/>
          <w:noProof/>
          <w:sz w:val="28"/>
          <w:lang w:val="tr-TR"/>
        </w:rPr>
      </w:pPr>
    </w:p>
    <w:p w14:paraId="72DD2A31" w14:textId="77777777" w:rsidR="00974261" w:rsidRPr="00974261" w:rsidRDefault="00974261" w:rsidP="00974261">
      <w:pPr>
        <w:rPr>
          <w:b/>
          <w:noProof/>
          <w:sz w:val="28"/>
          <w:lang w:val="tr-TR"/>
        </w:rPr>
      </w:pPr>
      <w:r w:rsidRPr="00974261">
        <w:rPr>
          <w:b/>
          <w:bCs/>
          <w:noProof/>
          <w:sz w:val="28"/>
          <w:lang w:val="tr-TR"/>
        </w:rPr>
        <w:t>Öğrencinin Bilgileri</w:t>
      </w:r>
    </w:p>
    <w:p w14:paraId="29A89AE7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T.C. Kimlik Numarası: ______________________________________</w:t>
      </w:r>
    </w:p>
    <w:p w14:paraId="444B688F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Adı Soyadı: ________________________________________________</w:t>
      </w:r>
    </w:p>
    <w:p w14:paraId="1BF70B38" w14:textId="77777777" w:rsidR="00974261" w:rsidRPr="00974261" w:rsidRDefault="00974261" w:rsidP="00974261">
      <w:pPr>
        <w:rPr>
          <w:b/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Bölümü: ____________________________________________________</w:t>
      </w:r>
    </w:p>
    <w:p w14:paraId="6F7631F1" w14:textId="77777777" w:rsidR="00974261" w:rsidRPr="00974261" w:rsidRDefault="00974261" w:rsidP="00974261">
      <w:pPr>
        <w:rPr>
          <w:b/>
          <w:noProof/>
          <w:sz w:val="28"/>
          <w:lang w:val="tr-TR"/>
        </w:rPr>
      </w:pPr>
      <w:r w:rsidRPr="00974261">
        <w:rPr>
          <w:b/>
          <w:bCs/>
          <w:noProof/>
          <w:sz w:val="28"/>
          <w:lang w:val="tr-TR"/>
        </w:rPr>
        <w:t>Vize Başvuru Şehri:</w:t>
      </w:r>
      <w:r w:rsidRPr="00974261">
        <w:rPr>
          <w:b/>
          <w:noProof/>
          <w:sz w:val="28"/>
          <w:lang w:val="tr-TR"/>
        </w:rPr>
        <w:br/>
      </w:r>
      <w:r w:rsidRPr="00974261">
        <w:rPr>
          <w:rFonts w:ascii="Segoe UI Symbol" w:hAnsi="Segoe UI Symbol" w:cs="Segoe UI Symbol"/>
          <w:b/>
          <w:noProof/>
          <w:sz w:val="28"/>
          <w:lang w:val="tr-TR"/>
        </w:rPr>
        <w:t>☐</w:t>
      </w:r>
      <w:r w:rsidRPr="00974261">
        <w:rPr>
          <w:b/>
          <w:noProof/>
          <w:sz w:val="28"/>
          <w:lang w:val="tr-TR"/>
        </w:rPr>
        <w:t xml:space="preserve"> Ankara</w:t>
      </w:r>
      <w:r w:rsidRPr="00974261">
        <w:rPr>
          <w:b/>
          <w:noProof/>
          <w:sz w:val="28"/>
          <w:lang w:val="tr-TR"/>
        </w:rPr>
        <w:t> </w:t>
      </w:r>
      <w:r w:rsidRPr="00974261">
        <w:rPr>
          <w:b/>
          <w:noProof/>
          <w:sz w:val="28"/>
          <w:lang w:val="tr-TR"/>
        </w:rPr>
        <w:t> </w:t>
      </w:r>
      <w:r w:rsidRPr="00974261">
        <w:rPr>
          <w:rFonts w:ascii="Segoe UI Symbol" w:hAnsi="Segoe UI Symbol" w:cs="Segoe UI Symbol"/>
          <w:b/>
          <w:noProof/>
          <w:sz w:val="28"/>
          <w:lang w:val="tr-TR"/>
        </w:rPr>
        <w:t>☐</w:t>
      </w:r>
      <w:r w:rsidRPr="00974261">
        <w:rPr>
          <w:b/>
          <w:noProof/>
          <w:sz w:val="28"/>
          <w:lang w:val="tr-TR"/>
        </w:rPr>
        <w:t xml:space="preserve"> İstanbul</w:t>
      </w:r>
      <w:r w:rsidRPr="00974261">
        <w:rPr>
          <w:b/>
          <w:noProof/>
          <w:sz w:val="28"/>
          <w:lang w:val="tr-TR"/>
        </w:rPr>
        <w:t> </w:t>
      </w:r>
      <w:r w:rsidRPr="00974261">
        <w:rPr>
          <w:b/>
          <w:noProof/>
          <w:sz w:val="28"/>
          <w:lang w:val="tr-TR"/>
        </w:rPr>
        <w:t> </w:t>
      </w:r>
      <w:r w:rsidRPr="00974261">
        <w:rPr>
          <w:rFonts w:ascii="Segoe UI Symbol" w:hAnsi="Segoe UI Symbol" w:cs="Segoe UI Symbol"/>
          <w:b/>
          <w:noProof/>
          <w:sz w:val="28"/>
          <w:lang w:val="tr-TR"/>
        </w:rPr>
        <w:t>☐</w:t>
      </w:r>
      <w:r w:rsidRPr="00974261">
        <w:rPr>
          <w:b/>
          <w:noProof/>
          <w:sz w:val="28"/>
          <w:lang w:val="tr-TR"/>
        </w:rPr>
        <w:t xml:space="preserve"> Antalya</w:t>
      </w:r>
      <w:r w:rsidRPr="00974261">
        <w:rPr>
          <w:b/>
          <w:noProof/>
          <w:sz w:val="28"/>
          <w:lang w:val="tr-TR"/>
        </w:rPr>
        <w:t> </w:t>
      </w:r>
      <w:r w:rsidRPr="00974261">
        <w:rPr>
          <w:b/>
          <w:noProof/>
          <w:sz w:val="28"/>
          <w:lang w:val="tr-TR"/>
        </w:rPr>
        <w:t> </w:t>
      </w:r>
      <w:r w:rsidRPr="00974261">
        <w:rPr>
          <w:rFonts w:ascii="Segoe UI Symbol" w:hAnsi="Segoe UI Symbol" w:cs="Segoe UI Symbol"/>
          <w:b/>
          <w:noProof/>
          <w:sz w:val="28"/>
          <w:lang w:val="tr-TR"/>
        </w:rPr>
        <w:t>☐</w:t>
      </w:r>
      <w:r w:rsidRPr="00974261">
        <w:rPr>
          <w:b/>
          <w:noProof/>
          <w:sz w:val="28"/>
          <w:lang w:val="tr-TR"/>
        </w:rPr>
        <w:t xml:space="preserve"> İzmir</w:t>
      </w:r>
    </w:p>
    <w:p w14:paraId="2466D926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İkametgâh Adresi:</w:t>
      </w:r>
    </w:p>
    <w:p w14:paraId="18A53E2E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pict w14:anchorId="00C7269A">
          <v:rect id="_x0000_i1037" style="width:0;height:1.5pt" o:hralign="center" o:hrstd="t" o:hr="t" fillcolor="#a0a0a0" stroked="f"/>
        </w:pict>
      </w:r>
    </w:p>
    <w:p w14:paraId="164F271B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pict w14:anchorId="732096B1">
          <v:rect id="_x0000_i1038" style="width:0;height:1.5pt" o:hralign="center" o:hrstd="t" o:hr="t" fillcolor="#a0a0a0" stroked="f"/>
        </w:pict>
      </w:r>
    </w:p>
    <w:p w14:paraId="759BF9B7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Telefon Numarası: ___________________________________________</w:t>
      </w:r>
    </w:p>
    <w:p w14:paraId="7BC7E98C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E-Posta Adresi: _____________________________________________</w:t>
      </w:r>
    </w:p>
    <w:p w14:paraId="3F579AAB" w14:textId="77777777" w:rsidR="00974261" w:rsidRPr="00974261" w:rsidRDefault="00974261" w:rsidP="00974261">
      <w:pPr>
        <w:rPr>
          <w:noProof/>
          <w:sz w:val="28"/>
          <w:lang w:val="tr-TR"/>
        </w:rPr>
      </w:pPr>
      <w:r w:rsidRPr="00974261">
        <w:rPr>
          <w:noProof/>
          <w:sz w:val="28"/>
          <w:lang w:val="tr-TR"/>
        </w:rPr>
        <w:t>Tarih: ____ / ____ / 2026</w:t>
      </w:r>
    </w:p>
    <w:p w14:paraId="3FA7ACB0" w14:textId="77777777" w:rsidR="00974261" w:rsidRDefault="00974261" w:rsidP="00974261">
      <w:pPr>
        <w:rPr>
          <w:b/>
          <w:bCs/>
          <w:noProof/>
          <w:sz w:val="28"/>
          <w:lang w:val="tr-TR"/>
        </w:rPr>
      </w:pPr>
    </w:p>
    <w:p w14:paraId="1ED560E0" w14:textId="12E03D98" w:rsidR="00974261" w:rsidRPr="00974261" w:rsidRDefault="00974261" w:rsidP="00974261">
      <w:pPr>
        <w:rPr>
          <w:b/>
          <w:noProof/>
          <w:sz w:val="28"/>
          <w:lang w:val="tr-TR"/>
        </w:rPr>
      </w:pPr>
      <w:r w:rsidRPr="00974261">
        <w:rPr>
          <w:b/>
          <w:bCs/>
          <w:noProof/>
          <w:sz w:val="28"/>
          <w:lang w:val="tr-TR"/>
        </w:rPr>
        <w:t>Adı Soyadı:</w:t>
      </w:r>
      <w:r w:rsidRPr="00974261">
        <w:rPr>
          <w:b/>
          <w:noProof/>
          <w:sz w:val="28"/>
          <w:lang w:val="tr-TR"/>
        </w:rPr>
        <w:t xml:space="preserve"> _________________________________________________</w:t>
      </w:r>
    </w:p>
    <w:p w14:paraId="0498FAF9" w14:textId="1E98A5D2" w:rsidR="001832B0" w:rsidRPr="00974261" w:rsidRDefault="00974261" w:rsidP="00974261">
      <w:r w:rsidRPr="00974261">
        <w:rPr>
          <w:b/>
          <w:bCs/>
          <w:noProof/>
          <w:sz w:val="28"/>
          <w:lang w:val="tr-TR"/>
        </w:rPr>
        <w:t>İmza:</w:t>
      </w:r>
    </w:p>
    <w:sectPr w:rsidR="001832B0" w:rsidRPr="009742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3112430">
    <w:abstractNumId w:val="8"/>
  </w:num>
  <w:num w:numId="2" w16cid:durableId="316348097">
    <w:abstractNumId w:val="6"/>
  </w:num>
  <w:num w:numId="3" w16cid:durableId="1136138916">
    <w:abstractNumId w:val="5"/>
  </w:num>
  <w:num w:numId="4" w16cid:durableId="420178633">
    <w:abstractNumId w:val="4"/>
  </w:num>
  <w:num w:numId="5" w16cid:durableId="1980067292">
    <w:abstractNumId w:val="7"/>
  </w:num>
  <w:num w:numId="6" w16cid:durableId="1436709376">
    <w:abstractNumId w:val="3"/>
  </w:num>
  <w:num w:numId="7" w16cid:durableId="489096700">
    <w:abstractNumId w:val="2"/>
  </w:num>
  <w:num w:numId="8" w16cid:durableId="1054814397">
    <w:abstractNumId w:val="1"/>
  </w:num>
  <w:num w:numId="9" w16cid:durableId="48012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32B0"/>
    <w:rsid w:val="0029639D"/>
    <w:rsid w:val="002A455B"/>
    <w:rsid w:val="00326F90"/>
    <w:rsid w:val="007416A5"/>
    <w:rsid w:val="007C6B0A"/>
    <w:rsid w:val="00887F78"/>
    <w:rsid w:val="00974261"/>
    <w:rsid w:val="00AA1D8D"/>
    <w:rsid w:val="00B47730"/>
    <w:rsid w:val="00C67FEA"/>
    <w:rsid w:val="00CB0664"/>
    <w:rsid w:val="00D415AA"/>
    <w:rsid w:val="00D67BB4"/>
    <w:rsid w:val="00F9768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6F595"/>
  <w14:defaultImageDpi w14:val="300"/>
  <w15:docId w15:val="{D8FC800D-9989-4A36-A33A-01206C3E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Nasuh Gümüş</cp:lastModifiedBy>
  <cp:revision>2</cp:revision>
  <dcterms:created xsi:type="dcterms:W3CDTF">2026-09-14T11:28:00Z</dcterms:created>
  <dcterms:modified xsi:type="dcterms:W3CDTF">2026-09-14T11:28:00Z</dcterms:modified>
  <cp:category/>
</cp:coreProperties>
</file>